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8E50A" w14:textId="77777777" w:rsidR="00187D19" w:rsidRPr="00C418B1" w:rsidRDefault="00767B88">
      <w:pPr>
        <w:pStyle w:val="Heading2"/>
        <w:rPr>
          <w:color w:val="F42171"/>
        </w:rPr>
      </w:pPr>
      <w:r w:rsidRPr="00C418B1">
        <w:rPr>
          <w:color w:val="F42171"/>
        </w:rPr>
        <w:t>Customer &amp; Venue Details</w:t>
      </w:r>
    </w:p>
    <w:tbl>
      <w:tblPr>
        <w:tblStyle w:val="TableGrid"/>
        <w:tblW w:w="11076" w:type="dxa"/>
        <w:tblLook w:val="04A0" w:firstRow="1" w:lastRow="0" w:firstColumn="1" w:lastColumn="0" w:noHBand="0" w:noVBand="1"/>
      </w:tblPr>
      <w:tblGrid>
        <w:gridCol w:w="3080"/>
        <w:gridCol w:w="2160"/>
        <w:gridCol w:w="3188"/>
        <w:gridCol w:w="2648"/>
      </w:tblGrid>
      <w:tr w:rsidR="00C418B1" w14:paraId="4BD9CCD7" w14:textId="5D94B52D" w:rsidTr="004A6262">
        <w:trPr>
          <w:trHeight w:val="293"/>
        </w:trPr>
        <w:tc>
          <w:tcPr>
            <w:tcW w:w="3080" w:type="dxa"/>
            <w:shd w:val="clear" w:color="auto" w:fill="F2F2F2"/>
          </w:tcPr>
          <w:p w14:paraId="42E78CF5" w14:textId="77777777" w:rsidR="00C418B1" w:rsidRPr="00224866" w:rsidRDefault="00C418B1">
            <w:r w:rsidRPr="00224866">
              <w:t>Customer Name</w:t>
            </w:r>
          </w:p>
          <w:p w14:paraId="2307A06E" w14:textId="77777777" w:rsidR="00C418B1" w:rsidRPr="00224866" w:rsidRDefault="00C418B1"/>
        </w:tc>
        <w:tc>
          <w:tcPr>
            <w:tcW w:w="2160" w:type="dxa"/>
            <w:shd w:val="clear" w:color="auto" w:fill="F2F2F2"/>
          </w:tcPr>
          <w:p w14:paraId="55F74FB9" w14:textId="77777777" w:rsidR="00C418B1" w:rsidRPr="00224866" w:rsidRDefault="00C418B1"/>
        </w:tc>
        <w:tc>
          <w:tcPr>
            <w:tcW w:w="3188" w:type="dxa"/>
            <w:shd w:val="clear" w:color="auto" w:fill="F2F2F2"/>
          </w:tcPr>
          <w:p w14:paraId="76A24FBC" w14:textId="59CCB948" w:rsidR="00C418B1" w:rsidRPr="00224866" w:rsidRDefault="00C418B1">
            <w:r w:rsidRPr="00224866">
              <w:t xml:space="preserve">Venue </w:t>
            </w:r>
            <w:r w:rsidR="004A6262" w:rsidRPr="00224866">
              <w:t>Address (incl postcode)</w:t>
            </w:r>
          </w:p>
        </w:tc>
        <w:tc>
          <w:tcPr>
            <w:tcW w:w="2648" w:type="dxa"/>
            <w:shd w:val="clear" w:color="auto" w:fill="F2F2F2"/>
          </w:tcPr>
          <w:p w14:paraId="2CF76B3F" w14:textId="77777777" w:rsidR="00C418B1" w:rsidRPr="00224866" w:rsidRDefault="00C418B1"/>
        </w:tc>
      </w:tr>
      <w:tr w:rsidR="00C418B1" w14:paraId="0950969D" w14:textId="2ADA18F2" w:rsidTr="004A6262">
        <w:trPr>
          <w:trHeight w:val="309"/>
        </w:trPr>
        <w:tc>
          <w:tcPr>
            <w:tcW w:w="3080" w:type="dxa"/>
            <w:shd w:val="clear" w:color="auto" w:fill="F2F2F2"/>
          </w:tcPr>
          <w:p w14:paraId="466C83FE" w14:textId="77777777" w:rsidR="00C418B1" w:rsidRPr="00224866" w:rsidRDefault="00C418B1">
            <w:r w:rsidRPr="00224866">
              <w:t>Customer Email</w:t>
            </w:r>
          </w:p>
          <w:p w14:paraId="7D94435F" w14:textId="77777777" w:rsidR="00C418B1" w:rsidRPr="00224866" w:rsidRDefault="00C418B1"/>
        </w:tc>
        <w:tc>
          <w:tcPr>
            <w:tcW w:w="2160" w:type="dxa"/>
            <w:shd w:val="clear" w:color="auto" w:fill="F2F2F2"/>
          </w:tcPr>
          <w:p w14:paraId="060995EC" w14:textId="77777777" w:rsidR="00C418B1" w:rsidRPr="00224866" w:rsidRDefault="00C418B1"/>
        </w:tc>
        <w:tc>
          <w:tcPr>
            <w:tcW w:w="3188" w:type="dxa"/>
            <w:shd w:val="clear" w:color="auto" w:fill="F2F2F2"/>
          </w:tcPr>
          <w:p w14:paraId="3BE98999" w14:textId="0BBA52DD" w:rsidR="00C418B1" w:rsidRPr="00224866" w:rsidRDefault="00C418B1">
            <w:r w:rsidRPr="00224866">
              <w:t>Venue Email</w:t>
            </w:r>
          </w:p>
        </w:tc>
        <w:tc>
          <w:tcPr>
            <w:tcW w:w="2648" w:type="dxa"/>
            <w:shd w:val="clear" w:color="auto" w:fill="F2F2F2"/>
          </w:tcPr>
          <w:p w14:paraId="0BFBB337" w14:textId="77777777" w:rsidR="00C418B1" w:rsidRPr="00224866" w:rsidRDefault="00C418B1"/>
        </w:tc>
      </w:tr>
      <w:tr w:rsidR="00C418B1" w14:paraId="0002F55D" w14:textId="5216FA67" w:rsidTr="004A6262">
        <w:trPr>
          <w:trHeight w:val="586"/>
        </w:trPr>
        <w:tc>
          <w:tcPr>
            <w:tcW w:w="3080" w:type="dxa"/>
            <w:shd w:val="clear" w:color="auto" w:fill="F2F2F2"/>
          </w:tcPr>
          <w:p w14:paraId="73AECB51" w14:textId="77777777" w:rsidR="00C418B1" w:rsidRPr="00224866" w:rsidRDefault="00C418B1">
            <w:r w:rsidRPr="00224866">
              <w:t>Customer Phone Number</w:t>
            </w:r>
          </w:p>
        </w:tc>
        <w:tc>
          <w:tcPr>
            <w:tcW w:w="2160" w:type="dxa"/>
            <w:shd w:val="clear" w:color="auto" w:fill="F2F2F2"/>
          </w:tcPr>
          <w:p w14:paraId="17678C83" w14:textId="77777777" w:rsidR="00C418B1" w:rsidRPr="00224866" w:rsidRDefault="00C418B1"/>
        </w:tc>
        <w:tc>
          <w:tcPr>
            <w:tcW w:w="3188" w:type="dxa"/>
            <w:shd w:val="clear" w:color="auto" w:fill="F2F2F2"/>
          </w:tcPr>
          <w:p w14:paraId="13BACACE" w14:textId="38C9239A" w:rsidR="00C418B1" w:rsidRPr="00224866" w:rsidRDefault="00C418B1">
            <w:r w:rsidRPr="00224866">
              <w:t>Venue Phone Number</w:t>
            </w:r>
          </w:p>
        </w:tc>
        <w:tc>
          <w:tcPr>
            <w:tcW w:w="2648" w:type="dxa"/>
            <w:shd w:val="clear" w:color="auto" w:fill="F2F2F2"/>
          </w:tcPr>
          <w:p w14:paraId="56912ED0" w14:textId="77777777" w:rsidR="00C418B1" w:rsidRPr="00224866" w:rsidRDefault="00C418B1"/>
        </w:tc>
      </w:tr>
      <w:tr w:rsidR="00D82F52" w14:paraId="6BD03FE4" w14:textId="77777777" w:rsidTr="004A6262">
        <w:trPr>
          <w:trHeight w:val="586"/>
        </w:trPr>
        <w:tc>
          <w:tcPr>
            <w:tcW w:w="3080" w:type="dxa"/>
            <w:shd w:val="clear" w:color="auto" w:fill="F2F2F2"/>
          </w:tcPr>
          <w:p w14:paraId="6935C3E3" w14:textId="059C5E81" w:rsidR="00D82F52" w:rsidRPr="00224866" w:rsidRDefault="00D82F52">
            <w:r w:rsidRPr="00224866">
              <w:t xml:space="preserve">Wedding Date  </w:t>
            </w:r>
          </w:p>
        </w:tc>
        <w:tc>
          <w:tcPr>
            <w:tcW w:w="2160" w:type="dxa"/>
            <w:shd w:val="clear" w:color="auto" w:fill="F2F2F2"/>
          </w:tcPr>
          <w:p w14:paraId="4EA8C4BD" w14:textId="77777777" w:rsidR="00D82F52" w:rsidRPr="00224866" w:rsidRDefault="00D82F52"/>
        </w:tc>
        <w:tc>
          <w:tcPr>
            <w:tcW w:w="3188" w:type="dxa"/>
            <w:shd w:val="clear" w:color="auto" w:fill="F2F2F2"/>
          </w:tcPr>
          <w:p w14:paraId="3B90685E" w14:textId="77777777" w:rsidR="00D82F52" w:rsidRPr="00224866" w:rsidRDefault="00D82F52"/>
        </w:tc>
        <w:tc>
          <w:tcPr>
            <w:tcW w:w="2648" w:type="dxa"/>
            <w:shd w:val="clear" w:color="auto" w:fill="F2F2F2"/>
          </w:tcPr>
          <w:p w14:paraId="2E00B298" w14:textId="77777777" w:rsidR="00D82F52" w:rsidRPr="00224866" w:rsidRDefault="00D82F52"/>
        </w:tc>
      </w:tr>
    </w:tbl>
    <w:p w14:paraId="5E73D04A" w14:textId="415EE59F" w:rsidR="00187D19" w:rsidRPr="00C418B1" w:rsidRDefault="00C15EA8">
      <w:pPr>
        <w:pStyle w:val="Heading2"/>
        <w:rPr>
          <w:color w:val="F42171"/>
        </w:rPr>
      </w:pPr>
      <w:r>
        <w:rPr>
          <w:color w:val="F42171"/>
        </w:rPr>
        <w:t>The Cake</w:t>
      </w:r>
    </w:p>
    <w:tbl>
      <w:tblPr>
        <w:tblStyle w:val="TableGrid"/>
        <w:tblW w:w="11038" w:type="dxa"/>
        <w:tblLook w:val="04A0" w:firstRow="1" w:lastRow="0" w:firstColumn="1" w:lastColumn="0" w:noHBand="0" w:noVBand="1"/>
      </w:tblPr>
      <w:tblGrid>
        <w:gridCol w:w="5098"/>
        <w:gridCol w:w="5940"/>
      </w:tblGrid>
      <w:tr w:rsidR="00187D19" w14:paraId="537F71EA" w14:textId="77777777" w:rsidTr="00CC531D">
        <w:trPr>
          <w:trHeight w:val="462"/>
        </w:trPr>
        <w:tc>
          <w:tcPr>
            <w:tcW w:w="5098" w:type="dxa"/>
            <w:shd w:val="clear" w:color="auto" w:fill="F2F2F2"/>
          </w:tcPr>
          <w:p w14:paraId="6B86A070" w14:textId="77777777" w:rsidR="00187D19" w:rsidRPr="00224866" w:rsidRDefault="00767B88">
            <w:r w:rsidRPr="00224866">
              <w:t>Number of Servings</w:t>
            </w:r>
          </w:p>
          <w:p w14:paraId="2027E126" w14:textId="77777777" w:rsidR="00C418B1" w:rsidRPr="00224866" w:rsidRDefault="00C418B1">
            <w:r w:rsidRPr="00224866">
              <w:t>(Refer to the options in the wedding presentation)</w:t>
            </w:r>
          </w:p>
          <w:p w14:paraId="1C0A8F43" w14:textId="7D465BCB" w:rsidR="006C4C14" w:rsidRPr="00224866" w:rsidRDefault="006C4C14"/>
        </w:tc>
        <w:tc>
          <w:tcPr>
            <w:tcW w:w="5940" w:type="dxa"/>
            <w:shd w:val="clear" w:color="auto" w:fill="F2F2F2"/>
          </w:tcPr>
          <w:p w14:paraId="5C26B1CA" w14:textId="4F00DE75" w:rsidR="00187D19" w:rsidRPr="00E535FC" w:rsidRDefault="00187D19">
            <w:pPr>
              <w:rPr>
                <w:color w:val="F42171"/>
              </w:rPr>
            </w:pPr>
          </w:p>
        </w:tc>
      </w:tr>
      <w:tr w:rsidR="00E535FC" w14:paraId="5DD9B01F" w14:textId="77777777" w:rsidTr="00CC531D">
        <w:trPr>
          <w:trHeight w:val="240"/>
        </w:trPr>
        <w:tc>
          <w:tcPr>
            <w:tcW w:w="5098" w:type="dxa"/>
            <w:shd w:val="clear" w:color="auto" w:fill="F2F2F2"/>
          </w:tcPr>
          <w:p w14:paraId="1AD315A8" w14:textId="77777777" w:rsidR="00E535FC" w:rsidRPr="00224866" w:rsidRDefault="00E535FC" w:rsidP="00E535FC">
            <w:r w:rsidRPr="00224866">
              <w:t xml:space="preserve">Sponge </w:t>
            </w:r>
            <w:proofErr w:type="spellStart"/>
            <w:r w:rsidRPr="00224866">
              <w:t>Flavour</w:t>
            </w:r>
            <w:proofErr w:type="spellEnd"/>
            <w:r w:rsidRPr="00224866">
              <w:t xml:space="preserve"> &amp; Filling</w:t>
            </w:r>
          </w:p>
          <w:p w14:paraId="3DCEB7B2" w14:textId="77777777" w:rsidR="00E535FC" w:rsidRPr="00224866" w:rsidRDefault="00E535FC" w:rsidP="00E535FC">
            <w:r w:rsidRPr="00224866">
              <w:t>(Refer to the options in the wedding presentation)</w:t>
            </w:r>
          </w:p>
          <w:p w14:paraId="5B420E8C" w14:textId="542BFFB1" w:rsidR="006C4C14" w:rsidRPr="00224866" w:rsidRDefault="006C4C14" w:rsidP="00E535FC"/>
        </w:tc>
        <w:tc>
          <w:tcPr>
            <w:tcW w:w="5940" w:type="dxa"/>
            <w:shd w:val="clear" w:color="auto" w:fill="F2F2F2"/>
          </w:tcPr>
          <w:p w14:paraId="10350A52" w14:textId="6F6320C4" w:rsidR="00E535FC" w:rsidRDefault="00E535FC" w:rsidP="00E535FC"/>
        </w:tc>
      </w:tr>
      <w:tr w:rsidR="00E535FC" w14:paraId="0AF8F58E" w14:textId="77777777" w:rsidTr="00CC531D">
        <w:trPr>
          <w:trHeight w:val="703"/>
        </w:trPr>
        <w:tc>
          <w:tcPr>
            <w:tcW w:w="5098" w:type="dxa"/>
            <w:shd w:val="clear" w:color="auto" w:fill="F2F2F2"/>
          </w:tcPr>
          <w:p w14:paraId="54E7DD40" w14:textId="77777777" w:rsidR="00E535FC" w:rsidRPr="00224866" w:rsidRDefault="00E535FC" w:rsidP="00E535FC">
            <w:r w:rsidRPr="00224866">
              <w:t xml:space="preserve">Cake </w:t>
            </w:r>
            <w:r w:rsidR="00F00A6A" w:rsidRPr="00224866">
              <w:t>Design</w:t>
            </w:r>
            <w:r w:rsidR="005D38C9" w:rsidRPr="00224866">
              <w:t xml:space="preserve"> </w:t>
            </w:r>
          </w:p>
          <w:p w14:paraId="02DF4E46" w14:textId="04FB107E" w:rsidR="005D38C9" w:rsidRPr="00224866" w:rsidRDefault="005D38C9" w:rsidP="005D38C9">
            <w:r w:rsidRPr="00224866">
              <w:t>(Please note all flowers are artificial)</w:t>
            </w:r>
          </w:p>
          <w:p w14:paraId="03468848" w14:textId="4BCA755F" w:rsidR="005D38C9" w:rsidRPr="00224866" w:rsidRDefault="005D38C9" w:rsidP="00E535FC"/>
        </w:tc>
        <w:tc>
          <w:tcPr>
            <w:tcW w:w="5940" w:type="dxa"/>
            <w:shd w:val="clear" w:color="auto" w:fill="F2F2F2"/>
          </w:tcPr>
          <w:p w14:paraId="43E6DEAA" w14:textId="720D70AC" w:rsidR="00E535FC" w:rsidRDefault="0066424D" w:rsidP="00E535FC">
            <w:r w:rsidRPr="0066424D">
              <w:rPr>
                <w:color w:val="F42171"/>
              </w:rPr>
              <w:t>Type any design ideas here</w:t>
            </w:r>
            <w:r w:rsidR="007F2E41">
              <w:rPr>
                <w:color w:val="F42171"/>
              </w:rPr>
              <w:t>… images can accompany the completed form (more details below).</w:t>
            </w:r>
          </w:p>
        </w:tc>
      </w:tr>
    </w:tbl>
    <w:p w14:paraId="0BF1123E" w14:textId="77777777" w:rsidR="00187D19" w:rsidRPr="00C418B1" w:rsidRDefault="00767B88">
      <w:pPr>
        <w:pStyle w:val="Heading2"/>
        <w:rPr>
          <w:color w:val="F42171"/>
        </w:rPr>
      </w:pPr>
      <w:r w:rsidRPr="00C418B1">
        <w:rPr>
          <w:color w:val="F42171"/>
        </w:rPr>
        <w:t>Delivery &amp; Setup</w:t>
      </w:r>
    </w:p>
    <w:tbl>
      <w:tblPr>
        <w:tblStyle w:val="TableGrid"/>
        <w:tblW w:w="11036" w:type="dxa"/>
        <w:tblLook w:val="04A0" w:firstRow="1" w:lastRow="0" w:firstColumn="1" w:lastColumn="0" w:noHBand="0" w:noVBand="1"/>
      </w:tblPr>
      <w:tblGrid>
        <w:gridCol w:w="1165"/>
        <w:gridCol w:w="2516"/>
        <w:gridCol w:w="6175"/>
        <w:gridCol w:w="1180"/>
      </w:tblGrid>
      <w:tr w:rsidR="00AB1BE6" w14:paraId="09758CFD" w14:textId="77777777" w:rsidTr="00FC6545">
        <w:trPr>
          <w:trHeight w:val="208"/>
        </w:trPr>
        <w:tc>
          <w:tcPr>
            <w:tcW w:w="1165" w:type="dxa"/>
            <w:shd w:val="clear" w:color="auto" w:fill="F2F2F2"/>
          </w:tcPr>
          <w:p w14:paraId="3A559D34" w14:textId="77777777" w:rsidR="00AB1BE6" w:rsidRPr="00AB1BE6" w:rsidRDefault="00AB1BE6">
            <w:pPr>
              <w:rPr>
                <w:rFonts w:cstheme="majorHAnsi"/>
                <w:b/>
                <w:bCs/>
              </w:rPr>
            </w:pPr>
            <w:r w:rsidRPr="00AB1BE6">
              <w:rPr>
                <w:rFonts w:cstheme="majorHAnsi"/>
                <w:b/>
                <w:bCs/>
              </w:rPr>
              <w:t>Delivery Option</w:t>
            </w:r>
          </w:p>
        </w:tc>
        <w:tc>
          <w:tcPr>
            <w:tcW w:w="2516" w:type="dxa"/>
            <w:shd w:val="clear" w:color="auto" w:fill="F2F2F2"/>
          </w:tcPr>
          <w:p w14:paraId="5DD892A1" w14:textId="3A02D9B7" w:rsidR="00AB1BE6" w:rsidRPr="00AB1BE6" w:rsidRDefault="00AB1BE6">
            <w:pPr>
              <w:rPr>
                <w:rFonts w:cstheme="majorHAnsi"/>
                <w:b/>
                <w:bCs/>
              </w:rPr>
            </w:pPr>
            <w:r w:rsidRPr="00AB1BE6">
              <w:rPr>
                <w:rFonts w:cstheme="majorHAnsi"/>
                <w:b/>
                <w:bCs/>
              </w:rPr>
              <w:t>Delivery Cost</w:t>
            </w:r>
          </w:p>
        </w:tc>
        <w:tc>
          <w:tcPr>
            <w:tcW w:w="6175" w:type="dxa"/>
            <w:shd w:val="clear" w:color="auto" w:fill="F2F2F2"/>
          </w:tcPr>
          <w:p w14:paraId="22264278" w14:textId="3B12DDED" w:rsidR="00AB1BE6" w:rsidRPr="00AB1BE6" w:rsidRDefault="00AB1BE6">
            <w:pPr>
              <w:rPr>
                <w:rFonts w:cstheme="majorHAnsi"/>
                <w:b/>
                <w:bCs/>
              </w:rPr>
            </w:pPr>
            <w:r w:rsidRPr="00AB1BE6">
              <w:rPr>
                <w:rFonts w:cstheme="majorHAnsi"/>
                <w:b/>
                <w:bCs/>
              </w:rPr>
              <w:t>Details</w:t>
            </w:r>
          </w:p>
          <w:p w14:paraId="017CB514" w14:textId="77777777" w:rsidR="00AB1BE6" w:rsidRPr="00AB1BE6" w:rsidRDefault="00AB1BE6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180" w:type="dxa"/>
            <w:shd w:val="clear" w:color="auto" w:fill="F2F2F2"/>
          </w:tcPr>
          <w:p w14:paraId="283B63EF" w14:textId="39D9BD79" w:rsidR="00AB1BE6" w:rsidRPr="00AB1BE6" w:rsidRDefault="00AB1BE6">
            <w:pPr>
              <w:rPr>
                <w:rFonts w:cstheme="majorHAnsi"/>
                <w:b/>
                <w:bCs/>
              </w:rPr>
            </w:pPr>
            <w:r w:rsidRPr="00AB1BE6">
              <w:rPr>
                <w:rFonts w:cstheme="majorHAnsi"/>
                <w:b/>
                <w:bCs/>
              </w:rPr>
              <w:t xml:space="preserve">Selection  </w:t>
            </w:r>
          </w:p>
        </w:tc>
      </w:tr>
      <w:tr w:rsidR="00AB1BE6" w14:paraId="3C8125D5" w14:textId="77777777" w:rsidTr="00FC6545">
        <w:trPr>
          <w:trHeight w:val="617"/>
        </w:trPr>
        <w:tc>
          <w:tcPr>
            <w:tcW w:w="1165" w:type="dxa"/>
            <w:shd w:val="clear" w:color="auto" w:fill="F2F2F2"/>
          </w:tcPr>
          <w:p w14:paraId="7DAE779F" w14:textId="77777777" w:rsidR="00AB1BE6" w:rsidRPr="00AB1BE6" w:rsidRDefault="00AB1BE6">
            <w:pPr>
              <w:rPr>
                <w:rFonts w:cstheme="majorHAnsi"/>
              </w:rPr>
            </w:pPr>
            <w:r w:rsidRPr="00AB1BE6">
              <w:rPr>
                <w:rFonts w:cstheme="majorHAnsi"/>
              </w:rPr>
              <w:t>Standard Delivery</w:t>
            </w:r>
          </w:p>
        </w:tc>
        <w:tc>
          <w:tcPr>
            <w:tcW w:w="2516" w:type="dxa"/>
            <w:shd w:val="clear" w:color="auto" w:fill="F2F2F2"/>
          </w:tcPr>
          <w:p w14:paraId="78B4B6F0" w14:textId="5AE9609A" w:rsidR="00AB1BE6" w:rsidRPr="00AB1BE6" w:rsidRDefault="00AB1BE6" w:rsidP="00286E5C">
            <w:pPr>
              <w:pStyle w:val="NormalWeb"/>
              <w:rPr>
                <w:rFonts w:asciiTheme="minorHAnsi" w:hAnsiTheme="minorHAnsi" w:cstheme="majorHAnsi"/>
                <w:sz w:val="22"/>
                <w:szCs w:val="22"/>
              </w:rPr>
            </w:pPr>
            <w:r w:rsidRPr="00AB1BE6">
              <w:rPr>
                <w:rFonts w:asciiTheme="minorHAnsi" w:hAnsiTheme="minorHAnsi" w:cstheme="majorHAnsi"/>
                <w:sz w:val="22"/>
                <w:szCs w:val="22"/>
              </w:rPr>
              <w:t xml:space="preserve">Subject to location </w:t>
            </w:r>
          </w:p>
        </w:tc>
        <w:tc>
          <w:tcPr>
            <w:tcW w:w="6175" w:type="dxa"/>
            <w:shd w:val="clear" w:color="auto" w:fill="F2F2F2"/>
          </w:tcPr>
          <w:p w14:paraId="3E10AE39" w14:textId="77777777" w:rsidR="00AB1BE6" w:rsidRDefault="00AB1BE6" w:rsidP="00AB1BE6">
            <w:pPr>
              <w:rPr>
                <w:rFonts w:cstheme="majorHAnsi"/>
              </w:rPr>
            </w:pPr>
            <w:r w:rsidRPr="00AB1BE6">
              <w:rPr>
                <w:rFonts w:cstheme="majorHAnsi"/>
              </w:rPr>
              <w:t>Delivery between 8 AM – 6 PM with a 2-hour window assigned by us. Customers will receive an email the day before with details.</w:t>
            </w:r>
          </w:p>
          <w:p w14:paraId="29300FAD" w14:textId="027E1EA9" w:rsidR="006C4C14" w:rsidRPr="00AB1BE6" w:rsidRDefault="006C4C14" w:rsidP="00AB1BE6">
            <w:pPr>
              <w:rPr>
                <w:rFonts w:cstheme="majorHAnsi"/>
              </w:rPr>
            </w:pPr>
          </w:p>
        </w:tc>
        <w:tc>
          <w:tcPr>
            <w:tcW w:w="1180" w:type="dxa"/>
            <w:shd w:val="clear" w:color="auto" w:fill="F2F2F2"/>
          </w:tcPr>
          <w:p w14:paraId="33D63A23" w14:textId="3BDF797E" w:rsidR="00AB1BE6" w:rsidRPr="00AB1BE6" w:rsidRDefault="00AB1BE6">
            <w:pPr>
              <w:rPr>
                <w:rFonts w:cstheme="majorHAnsi"/>
                <w:color w:val="F42171"/>
              </w:rPr>
            </w:pPr>
            <w:r w:rsidRPr="00AB1BE6">
              <w:rPr>
                <w:rFonts w:cstheme="majorHAnsi"/>
                <w:color w:val="F42171"/>
              </w:rPr>
              <w:t>(Yes/No)</w:t>
            </w:r>
          </w:p>
        </w:tc>
      </w:tr>
      <w:tr w:rsidR="00AB1BE6" w14:paraId="45122E61" w14:textId="77777777" w:rsidTr="00FC6545">
        <w:trPr>
          <w:trHeight w:val="404"/>
        </w:trPr>
        <w:tc>
          <w:tcPr>
            <w:tcW w:w="1165" w:type="dxa"/>
            <w:shd w:val="clear" w:color="auto" w:fill="F2F2F2"/>
          </w:tcPr>
          <w:p w14:paraId="41954368" w14:textId="77777777" w:rsidR="00AB1BE6" w:rsidRPr="00AB1BE6" w:rsidRDefault="00AB1BE6">
            <w:pPr>
              <w:rPr>
                <w:rFonts w:cstheme="majorHAnsi"/>
              </w:rPr>
            </w:pPr>
            <w:r w:rsidRPr="00AB1BE6">
              <w:rPr>
                <w:rFonts w:cstheme="majorHAnsi"/>
              </w:rPr>
              <w:t>Special Delivery</w:t>
            </w:r>
          </w:p>
        </w:tc>
        <w:tc>
          <w:tcPr>
            <w:tcW w:w="2516" w:type="dxa"/>
            <w:shd w:val="clear" w:color="auto" w:fill="F2F2F2"/>
          </w:tcPr>
          <w:p w14:paraId="3B1B2BB7" w14:textId="6D8F5579" w:rsidR="00AB1BE6" w:rsidRPr="00AB1BE6" w:rsidRDefault="00AB1BE6">
            <w:pPr>
              <w:rPr>
                <w:rFonts w:cstheme="majorHAnsi"/>
              </w:rPr>
            </w:pPr>
            <w:r w:rsidRPr="00AB1BE6">
              <w:rPr>
                <w:rFonts w:cstheme="majorHAnsi"/>
              </w:rPr>
              <w:t xml:space="preserve">Standard Delivery + </w:t>
            </w:r>
            <w:r w:rsidR="009C39C9">
              <w:rPr>
                <w:rFonts w:cstheme="majorHAnsi"/>
              </w:rPr>
              <w:t>$20</w:t>
            </w:r>
          </w:p>
        </w:tc>
        <w:tc>
          <w:tcPr>
            <w:tcW w:w="6175" w:type="dxa"/>
            <w:shd w:val="clear" w:color="auto" w:fill="F2F2F2"/>
          </w:tcPr>
          <w:p w14:paraId="1647BD42" w14:textId="7034CC91" w:rsidR="006C4C14" w:rsidRPr="00042874" w:rsidRDefault="00042874">
            <w:pPr>
              <w:rPr>
                <w:rFonts w:cstheme="majorHAnsi"/>
              </w:rPr>
            </w:pPr>
            <w:r w:rsidRPr="00042874">
              <w:rPr>
                <w:rFonts w:ascii="-webkit-standard" w:hAnsi="-webkit-standard"/>
                <w:color w:val="000000"/>
              </w:rPr>
              <w:t xml:space="preserve">Choose between a morning (8am - 12pm) </w:t>
            </w:r>
            <w:proofErr w:type="gramStart"/>
            <w:r w:rsidRPr="00042874">
              <w:rPr>
                <w:rFonts w:ascii="-webkit-standard" w:hAnsi="-webkit-standard"/>
                <w:color w:val="000000"/>
              </w:rPr>
              <w:t>or</w:t>
            </w:r>
            <w:proofErr w:type="gramEnd"/>
            <w:r w:rsidRPr="00042874">
              <w:rPr>
                <w:rFonts w:ascii="-webkit-standard" w:hAnsi="-webkit-standard"/>
                <w:color w:val="000000"/>
              </w:rPr>
              <w:t xml:space="preserve"> afternoon (12pm - 6pm) delivery.</w:t>
            </w:r>
            <w:r w:rsidRPr="00042874">
              <w:rPr>
                <w:rStyle w:val="apple-converted-space"/>
                <w:rFonts w:ascii="-webkit-standard" w:hAnsi="-webkit-standard"/>
                <w:color w:val="000000"/>
              </w:rPr>
              <w:t> </w:t>
            </w:r>
          </w:p>
        </w:tc>
        <w:tc>
          <w:tcPr>
            <w:tcW w:w="1180" w:type="dxa"/>
            <w:shd w:val="clear" w:color="auto" w:fill="F2F2F2"/>
          </w:tcPr>
          <w:p w14:paraId="59344399" w14:textId="0744AAB2" w:rsidR="00AB1BE6" w:rsidRPr="00AB1BE6" w:rsidRDefault="00AB1BE6">
            <w:pPr>
              <w:rPr>
                <w:rFonts w:cstheme="majorHAnsi"/>
                <w:color w:val="F42171"/>
              </w:rPr>
            </w:pPr>
            <w:r w:rsidRPr="00AB1BE6">
              <w:rPr>
                <w:rFonts w:cstheme="majorHAnsi"/>
                <w:color w:val="F42171"/>
              </w:rPr>
              <w:t>(Yes/No)</w:t>
            </w:r>
          </w:p>
        </w:tc>
      </w:tr>
      <w:tr w:rsidR="00AB1BE6" w14:paraId="75AFCA77" w14:textId="77777777" w:rsidTr="00FC6545">
        <w:trPr>
          <w:trHeight w:val="1038"/>
        </w:trPr>
        <w:tc>
          <w:tcPr>
            <w:tcW w:w="1165" w:type="dxa"/>
            <w:shd w:val="clear" w:color="auto" w:fill="F2F2F2"/>
          </w:tcPr>
          <w:p w14:paraId="658A2B5C" w14:textId="77777777" w:rsidR="00AB1BE6" w:rsidRPr="00AB1BE6" w:rsidRDefault="00AB1BE6">
            <w:pPr>
              <w:rPr>
                <w:rFonts w:cstheme="majorHAnsi"/>
              </w:rPr>
            </w:pPr>
            <w:r w:rsidRPr="00AB1BE6">
              <w:rPr>
                <w:rFonts w:cstheme="majorHAnsi"/>
              </w:rPr>
              <w:t>Wedding Cake Setup</w:t>
            </w:r>
          </w:p>
        </w:tc>
        <w:tc>
          <w:tcPr>
            <w:tcW w:w="2516" w:type="dxa"/>
            <w:shd w:val="clear" w:color="auto" w:fill="F2F2F2"/>
          </w:tcPr>
          <w:p w14:paraId="7B9D55B6" w14:textId="504550EB" w:rsidR="00AB1BE6" w:rsidRPr="00AB1BE6" w:rsidRDefault="00AB1BE6">
            <w:pPr>
              <w:rPr>
                <w:rFonts w:cstheme="majorHAnsi"/>
              </w:rPr>
            </w:pPr>
            <w:r w:rsidRPr="00AB1BE6">
              <w:rPr>
                <w:rFonts w:cstheme="majorHAnsi"/>
              </w:rPr>
              <w:t>Standard Delivery</w:t>
            </w:r>
            <w:r w:rsidR="00FC6545">
              <w:rPr>
                <w:rFonts w:cstheme="majorHAnsi"/>
              </w:rPr>
              <w:t xml:space="preserve"> </w:t>
            </w:r>
            <w:r w:rsidRPr="00AB1BE6">
              <w:rPr>
                <w:rFonts w:cstheme="majorHAnsi"/>
              </w:rPr>
              <w:t xml:space="preserve">+ </w:t>
            </w:r>
            <w:r>
              <w:rPr>
                <w:rFonts w:cstheme="majorHAnsi"/>
              </w:rPr>
              <w:t>S</w:t>
            </w:r>
            <w:r w:rsidRPr="00AB1BE6">
              <w:rPr>
                <w:rFonts w:cstheme="majorHAnsi"/>
              </w:rPr>
              <w:t xml:space="preserve">pecial </w:t>
            </w:r>
            <w:r>
              <w:rPr>
                <w:rFonts w:cstheme="majorHAnsi"/>
              </w:rPr>
              <w:t>D</w:t>
            </w:r>
            <w:r w:rsidRPr="00AB1BE6">
              <w:rPr>
                <w:rFonts w:cstheme="majorHAnsi"/>
              </w:rPr>
              <w:t xml:space="preserve">elivery </w:t>
            </w:r>
            <w:r w:rsidR="00FC6545">
              <w:rPr>
                <w:rFonts w:cstheme="majorHAnsi"/>
              </w:rPr>
              <w:t>(+</w:t>
            </w:r>
            <w:r w:rsidR="00280425">
              <w:rPr>
                <w:rFonts w:cstheme="majorHAnsi"/>
              </w:rPr>
              <w:t>$35</w:t>
            </w:r>
            <w:r w:rsidR="00FC6545">
              <w:rPr>
                <w:rFonts w:cstheme="majorHAnsi"/>
              </w:rPr>
              <w:t xml:space="preserve">) </w:t>
            </w:r>
            <w:r w:rsidRPr="00AB1BE6">
              <w:rPr>
                <w:rFonts w:cstheme="majorHAnsi"/>
              </w:rPr>
              <w:t xml:space="preserve">+  </w:t>
            </w:r>
            <w:r>
              <w:rPr>
                <w:rFonts w:cstheme="majorHAnsi"/>
              </w:rPr>
              <w:t>S</w:t>
            </w:r>
            <w:r w:rsidRPr="00AB1BE6">
              <w:rPr>
                <w:rFonts w:cstheme="majorHAnsi"/>
              </w:rPr>
              <w:t xml:space="preserve">etup </w:t>
            </w:r>
            <w:r>
              <w:rPr>
                <w:rFonts w:cstheme="majorHAnsi"/>
              </w:rPr>
              <w:t>F</w:t>
            </w:r>
            <w:r w:rsidRPr="00AB1BE6">
              <w:rPr>
                <w:rFonts w:cstheme="majorHAnsi"/>
              </w:rPr>
              <w:t>ee</w:t>
            </w:r>
            <w:r w:rsidR="00AF4F91">
              <w:rPr>
                <w:rFonts w:cstheme="majorHAnsi"/>
              </w:rPr>
              <w:t xml:space="preserve"> (+$50)</w:t>
            </w:r>
          </w:p>
        </w:tc>
        <w:tc>
          <w:tcPr>
            <w:tcW w:w="6175" w:type="dxa"/>
            <w:shd w:val="clear" w:color="auto" w:fill="F2F2F2"/>
          </w:tcPr>
          <w:p w14:paraId="00AE4663" w14:textId="02D18C2B" w:rsidR="00AB1BE6" w:rsidRPr="00AB1BE6" w:rsidRDefault="00AB1BE6" w:rsidP="00AF4F91">
            <w:pPr>
              <w:rPr>
                <w:rFonts w:cstheme="majorHAnsi"/>
              </w:rPr>
            </w:pPr>
            <w:r w:rsidRPr="00AB1BE6">
              <w:rPr>
                <w:rFonts w:cstheme="majorHAnsi"/>
              </w:rPr>
              <w:t>Required for cakes with 4+ tiers</w:t>
            </w:r>
            <w:r w:rsidR="00AF4F91">
              <w:rPr>
                <w:rFonts w:cstheme="majorHAnsi"/>
              </w:rPr>
              <w:t>.</w:t>
            </w:r>
          </w:p>
        </w:tc>
        <w:tc>
          <w:tcPr>
            <w:tcW w:w="1180" w:type="dxa"/>
            <w:shd w:val="clear" w:color="auto" w:fill="F2F2F2"/>
          </w:tcPr>
          <w:p w14:paraId="38CEEEE6" w14:textId="767A763E" w:rsidR="00AB1BE6" w:rsidRPr="00AB1BE6" w:rsidRDefault="00AB1BE6">
            <w:pPr>
              <w:rPr>
                <w:rFonts w:cstheme="majorHAnsi"/>
                <w:color w:val="F42171"/>
              </w:rPr>
            </w:pPr>
            <w:r w:rsidRPr="00AB1BE6">
              <w:rPr>
                <w:rFonts w:cstheme="majorHAnsi"/>
                <w:color w:val="F42171"/>
              </w:rPr>
              <w:t>(Yes/No)</w:t>
            </w:r>
          </w:p>
        </w:tc>
      </w:tr>
    </w:tbl>
    <w:p w14:paraId="05CFBDCD" w14:textId="4FA8CA20" w:rsidR="00E535FC" w:rsidRDefault="00E535FC" w:rsidP="00E535FC">
      <w:pPr>
        <w:pStyle w:val="Heading2"/>
        <w:rPr>
          <w:color w:val="F42171"/>
        </w:rPr>
      </w:pPr>
      <w:r w:rsidRPr="00C418B1">
        <w:rPr>
          <w:color w:val="F42171"/>
        </w:rPr>
        <w:t xml:space="preserve">Cake </w:t>
      </w:r>
      <w:r>
        <w:rPr>
          <w:color w:val="F42171"/>
        </w:rPr>
        <w:t>Storage</w:t>
      </w:r>
      <w:r w:rsidRPr="00C418B1">
        <w:rPr>
          <w:color w:val="F42171"/>
        </w:rPr>
        <w:t xml:space="preserve"> Details</w:t>
      </w:r>
    </w:p>
    <w:p w14:paraId="2956E659" w14:textId="384A2D25" w:rsidR="00E535FC" w:rsidRPr="00F820F6" w:rsidRDefault="00E535FC" w:rsidP="00F820F6">
      <w:r>
        <w:t>The cake must be stored in the venue’s fridge and shoul</w:t>
      </w:r>
      <w:r w:rsidR="00E17BF8">
        <w:t xml:space="preserve">d not be left out for more than30 minutes </w:t>
      </w:r>
      <w:r>
        <w:t xml:space="preserve">in the summer or </w:t>
      </w:r>
      <w:r w:rsidR="00E17BF8">
        <w:t>1 hour</w:t>
      </w:r>
      <w:bookmarkStart w:id="0" w:name="_GoBack"/>
      <w:bookmarkEnd w:id="0"/>
      <w:r>
        <w:t xml:space="preserve"> in the winter. Once the cake is on display, we strongly advise against moving it until it is taken away for cutting.</w:t>
      </w:r>
    </w:p>
    <w:p w14:paraId="73F72586" w14:textId="06F61381" w:rsidR="00187D19" w:rsidRDefault="00767B88">
      <w:pPr>
        <w:pStyle w:val="Heading2"/>
        <w:rPr>
          <w:color w:val="F42171"/>
        </w:rPr>
      </w:pPr>
      <w:r w:rsidRPr="00C418B1">
        <w:rPr>
          <w:color w:val="F42171"/>
        </w:rPr>
        <w:t>Payment Terms</w:t>
      </w:r>
    </w:p>
    <w:p w14:paraId="226CEEFA" w14:textId="5BA5CEB2" w:rsidR="00BC0E72" w:rsidRDefault="00E535FC">
      <w:r>
        <w:t xml:space="preserve">50% </w:t>
      </w:r>
      <w:r w:rsidR="00CF1D44">
        <w:t>d</w:t>
      </w:r>
      <w:r>
        <w:t>eposit due at booking and the remaining 50</w:t>
      </w:r>
      <w:r w:rsidR="00CF1D44">
        <w:t xml:space="preserve">% </w:t>
      </w:r>
      <w:r>
        <w:t xml:space="preserve">due 1 month before </w:t>
      </w:r>
      <w:r w:rsidR="00CF1D44">
        <w:t xml:space="preserve">the </w:t>
      </w:r>
      <w:r>
        <w:t>wedding</w:t>
      </w:r>
      <w:r w:rsidR="00CF1D44">
        <w:t xml:space="preserve"> date</w:t>
      </w:r>
      <w:r w:rsidR="00F820F6">
        <w:t xml:space="preserve">. In each instance, a payment link will be sent to the email address provided. </w:t>
      </w:r>
    </w:p>
    <w:p w14:paraId="1F402ED0" w14:textId="219DC209" w:rsidR="00F820F6" w:rsidRDefault="00F820F6" w:rsidP="00F820F6">
      <w:pPr>
        <w:pStyle w:val="Heading2"/>
        <w:rPr>
          <w:color w:val="F42171"/>
        </w:rPr>
      </w:pPr>
      <w:r>
        <w:rPr>
          <w:color w:val="F42171"/>
        </w:rPr>
        <w:t xml:space="preserve">What </w:t>
      </w:r>
      <w:r w:rsidR="0088742F">
        <w:rPr>
          <w:color w:val="F42171"/>
        </w:rPr>
        <w:t>T</w:t>
      </w:r>
      <w:r>
        <w:rPr>
          <w:color w:val="F42171"/>
        </w:rPr>
        <w:t xml:space="preserve">o </w:t>
      </w:r>
      <w:r w:rsidR="0088742F">
        <w:rPr>
          <w:color w:val="F42171"/>
        </w:rPr>
        <w:t>D</w:t>
      </w:r>
      <w:r>
        <w:rPr>
          <w:color w:val="F42171"/>
        </w:rPr>
        <w:t xml:space="preserve">o </w:t>
      </w:r>
      <w:r w:rsidR="0088742F">
        <w:rPr>
          <w:color w:val="F42171"/>
        </w:rPr>
        <w:t>N</w:t>
      </w:r>
      <w:r>
        <w:rPr>
          <w:color w:val="F42171"/>
        </w:rPr>
        <w:t>ext?</w:t>
      </w:r>
    </w:p>
    <w:p w14:paraId="25DBCD0C" w14:textId="2EB2DE78" w:rsidR="00F820F6" w:rsidRDefault="00F820F6" w:rsidP="00F820F6">
      <w:pPr>
        <w:pStyle w:val="ListParagraph"/>
        <w:numPr>
          <w:ilvl w:val="0"/>
          <w:numId w:val="10"/>
        </w:numPr>
      </w:pPr>
      <w:r>
        <w:t xml:space="preserve">Please send the completed form to </w:t>
      </w:r>
      <w:r w:rsidR="009C39C9">
        <w:rPr>
          <w:color w:val="0070C0"/>
          <w:u w:val="single"/>
        </w:rPr>
        <w:t>admin@cakesbyeela.com</w:t>
      </w:r>
    </w:p>
    <w:p w14:paraId="5FE4C02E" w14:textId="6B44FCC2" w:rsidR="00E535FC" w:rsidRDefault="00F820F6" w:rsidP="001304C5">
      <w:pPr>
        <w:pStyle w:val="ListParagraph"/>
        <w:numPr>
          <w:ilvl w:val="0"/>
          <w:numId w:val="10"/>
        </w:numPr>
      </w:pPr>
      <w:r>
        <w:t xml:space="preserve">If you wish to send images to us, please do so in the same email. </w:t>
      </w:r>
    </w:p>
    <w:sectPr w:rsidR="00E535FC" w:rsidSect="00E535FC">
      <w:headerReference w:type="default" r:id="rId8"/>
      <w:pgSz w:w="12240" w:h="15840"/>
      <w:pgMar w:top="720" w:right="720" w:bottom="720" w:left="72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2CB21" w14:textId="77777777" w:rsidR="00844133" w:rsidRDefault="00844133" w:rsidP="00C418B1">
      <w:pPr>
        <w:spacing w:after="0" w:line="240" w:lineRule="auto"/>
      </w:pPr>
      <w:r>
        <w:separator/>
      </w:r>
    </w:p>
  </w:endnote>
  <w:endnote w:type="continuationSeparator" w:id="0">
    <w:p w14:paraId="41E58D2D" w14:textId="77777777" w:rsidR="00844133" w:rsidRDefault="00844133" w:rsidP="00C41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583A2" w14:textId="77777777" w:rsidR="00844133" w:rsidRDefault="00844133" w:rsidP="00C418B1">
      <w:pPr>
        <w:spacing w:after="0" w:line="240" w:lineRule="auto"/>
      </w:pPr>
      <w:r>
        <w:separator/>
      </w:r>
    </w:p>
  </w:footnote>
  <w:footnote w:type="continuationSeparator" w:id="0">
    <w:p w14:paraId="51CC2D6A" w14:textId="77777777" w:rsidR="00844133" w:rsidRDefault="00844133" w:rsidP="00C41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DF2B4" w14:textId="15679164" w:rsidR="00C418B1" w:rsidRPr="00C418B1" w:rsidRDefault="00C418B1" w:rsidP="00C418B1">
    <w:pPr>
      <w:pStyle w:val="Heading1"/>
      <w:rPr>
        <w:color w:val="F42171"/>
      </w:rPr>
    </w:pPr>
    <w:r w:rsidRPr="00C418B1">
      <w:rPr>
        <w:color w:val="F42171"/>
      </w:rPr>
      <w:t xml:space="preserve">Wedding Cake </w:t>
    </w:r>
    <w:r w:rsidR="00E535FC">
      <w:rPr>
        <w:color w:val="F42171"/>
      </w:rPr>
      <w:t>Enquiry</w:t>
    </w:r>
    <w:r w:rsidRPr="00C418B1">
      <w:rPr>
        <w:color w:val="F42171"/>
      </w:rPr>
      <w:t xml:space="preserve"> Form</w:t>
    </w:r>
    <w:r w:rsidRPr="00C418B1">
      <w:rPr>
        <w:color w:val="F42171"/>
      </w:rPr>
      <w:tab/>
    </w:r>
    <w:r w:rsidRPr="00C418B1">
      <w:rPr>
        <w:color w:val="F42171"/>
      </w:rPr>
      <w:tab/>
    </w:r>
    <w:r w:rsidRPr="00C418B1">
      <w:rPr>
        <w:color w:val="F42171"/>
      </w:rPr>
      <w:tab/>
    </w:r>
    <w:r w:rsidRPr="00C418B1">
      <w:rPr>
        <w:color w:val="F42171"/>
      </w:rPr>
      <w:tab/>
    </w:r>
    <w:r w:rsidRPr="00C418B1">
      <w:rPr>
        <w:color w:val="F42171"/>
      </w:rPr>
      <w:tab/>
      <w:t xml:space="preserve">Wedding Cakes by </w:t>
    </w:r>
    <w:r w:rsidR="00280425">
      <w:rPr>
        <w:color w:val="F42171"/>
      </w:rPr>
      <w:t xml:space="preserve">Cakes </w:t>
    </w:r>
    <w:proofErr w:type="gramStart"/>
    <w:r w:rsidR="00280425">
      <w:rPr>
        <w:color w:val="F42171"/>
      </w:rPr>
      <w:t>By</w:t>
    </w:r>
    <w:proofErr w:type="gramEnd"/>
    <w:r w:rsidR="00280425">
      <w:rPr>
        <w:color w:val="F42171"/>
      </w:rPr>
      <w:t xml:space="preserve"> </w:t>
    </w:r>
    <w:proofErr w:type="spellStart"/>
    <w:r w:rsidR="00280425">
      <w:rPr>
        <w:color w:val="F42171"/>
      </w:rPr>
      <w:t>Eela</w:t>
    </w:r>
    <w:proofErr w:type="spellEnd"/>
  </w:p>
  <w:p w14:paraId="29CEBCA7" w14:textId="77777777" w:rsidR="00C418B1" w:rsidRDefault="00C418B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C63E3A"/>
    <w:multiLevelType w:val="hybridMultilevel"/>
    <w:tmpl w:val="CA2A3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2874"/>
    <w:rsid w:val="0006063C"/>
    <w:rsid w:val="001304C5"/>
    <w:rsid w:val="0015074B"/>
    <w:rsid w:val="00187D19"/>
    <w:rsid w:val="002016A4"/>
    <w:rsid w:val="00224866"/>
    <w:rsid w:val="00271B63"/>
    <w:rsid w:val="00280425"/>
    <w:rsid w:val="00286E5C"/>
    <w:rsid w:val="0029639D"/>
    <w:rsid w:val="002D416E"/>
    <w:rsid w:val="00326F90"/>
    <w:rsid w:val="004A6262"/>
    <w:rsid w:val="00537725"/>
    <w:rsid w:val="005C2AE8"/>
    <w:rsid w:val="005D38C9"/>
    <w:rsid w:val="0066424D"/>
    <w:rsid w:val="006C4C14"/>
    <w:rsid w:val="007350DA"/>
    <w:rsid w:val="00767B88"/>
    <w:rsid w:val="007D7DE9"/>
    <w:rsid w:val="007F2E41"/>
    <w:rsid w:val="0080267A"/>
    <w:rsid w:val="00844133"/>
    <w:rsid w:val="0088742F"/>
    <w:rsid w:val="009801ED"/>
    <w:rsid w:val="00992293"/>
    <w:rsid w:val="009A7954"/>
    <w:rsid w:val="009C39C9"/>
    <w:rsid w:val="00A33039"/>
    <w:rsid w:val="00AA1D8D"/>
    <w:rsid w:val="00AB1BE6"/>
    <w:rsid w:val="00AF4F91"/>
    <w:rsid w:val="00B15ED2"/>
    <w:rsid w:val="00B47730"/>
    <w:rsid w:val="00BC0E72"/>
    <w:rsid w:val="00C05F99"/>
    <w:rsid w:val="00C15EA8"/>
    <w:rsid w:val="00C418B1"/>
    <w:rsid w:val="00CB0664"/>
    <w:rsid w:val="00CC531D"/>
    <w:rsid w:val="00CF1D44"/>
    <w:rsid w:val="00D22F9E"/>
    <w:rsid w:val="00D82F52"/>
    <w:rsid w:val="00E13A0E"/>
    <w:rsid w:val="00E17BF8"/>
    <w:rsid w:val="00E241D5"/>
    <w:rsid w:val="00E535FC"/>
    <w:rsid w:val="00E63D5C"/>
    <w:rsid w:val="00E94B19"/>
    <w:rsid w:val="00EF280C"/>
    <w:rsid w:val="00F00A6A"/>
    <w:rsid w:val="00F820F6"/>
    <w:rsid w:val="00FC65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8DC54F"/>
  <w14:defaultImageDpi w14:val="300"/>
  <w15:docId w15:val="{2C15865D-2C4D-F944-9D71-471AD6D1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820F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20F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86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converted-space">
    <w:name w:val="apple-converted-space"/>
    <w:basedOn w:val="DefaultParagraphFont"/>
    <w:rsid w:val="00042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6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9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36734F-DB64-4C10-A082-A01746303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29</cp:revision>
  <cp:lastPrinted>2025-02-28T09:47:00Z</cp:lastPrinted>
  <dcterms:created xsi:type="dcterms:W3CDTF">2025-02-26T16:42:00Z</dcterms:created>
  <dcterms:modified xsi:type="dcterms:W3CDTF">2026-09-16T04:18:00Z</dcterms:modified>
  <cp:category/>
</cp:coreProperties>
</file>